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ResumeName"/>
      </w:pPr>
      <w:r>
        <w:t>Воронова Мария Сергеевна</w:t>
      </w:r>
    </w:p>
    <w:p>
      <w:pPr>
        <w:spacing w:after="180"/>
      </w:pPr>
      <w:r>
        <w:rPr>
          <w:color w:val="55606A"/>
        </w:rPr>
        <w:t>25.11.1999  ·  Витебск  ·  26 лет</w:t>
      </w:r>
    </w:p>
    <w:p>
      <w:pPr>
        <w:pStyle w:val="ResumeSection"/>
        <w:pBdr>
          <w:bottom w:val="single" w:sz="6" w:color="DCE3E8" w:space="5"/>
        </w:pBdr>
      </w:pPr>
      <w:r>
        <w:t>Образование и специализация</w:t>
      </w:r>
    </w:p>
    <w:p>
      <w:pPr>
        <w:spacing w:after="80"/>
      </w:pPr>
      <w:r>
        <w:rPr>
          <w:b/>
        </w:rPr>
        <w:t xml:space="preserve">Образование: </w:t>
      </w:r>
      <w:r>
        <w:t>ИПК, среднее специальное образование.</w:t>
      </w:r>
    </w:p>
    <w:p>
      <w:pPr>
        <w:spacing w:after="80"/>
      </w:pPr>
      <w:r>
        <w:rPr>
          <w:b/>
        </w:rPr>
        <w:t xml:space="preserve">Специальность: </w:t>
      </w:r>
      <w:r>
        <w:t>туризм и гостеприимство.</w:t>
      </w:r>
    </w:p>
    <w:p>
      <w:pPr>
        <w:spacing w:after="80"/>
      </w:pPr>
      <w:r>
        <w:rPr>
          <w:b/>
        </w:rPr>
        <w:t xml:space="preserve">Должность: </w:t>
      </w:r>
      <w:r>
        <w:t>турагент, экскурсовод.</w:t>
      </w:r>
    </w:p>
    <w:p>
      <w:pPr>
        <w:pStyle w:val="ResumeSection"/>
        <w:pBdr>
          <w:bottom w:val="single" w:sz="6" w:color="DCE3E8" w:space="5"/>
        </w:pBdr>
      </w:pPr>
      <w:r>
        <w:t>Контакты</w:t>
      </w:r>
    </w:p>
    <w:p>
      <w:pPr>
        <w:spacing w:after="40"/>
      </w:pPr>
      <w:r>
        <w:t>maryia25@icloud.com</w:t>
      </w:r>
    </w:p>
    <w:p>
      <w:pPr>
        <w:spacing w:after="40"/>
      </w:pPr>
      <w:r>
        <w:t>+375445760460</w:t>
      </w:r>
    </w:p>
    <w:p>
      <w:pPr>
        <w:pStyle w:val="ResumeSection"/>
        <w:pBdr>
          <w:bottom w:val="single" w:sz="6" w:color="DCE3E8" w:space="5"/>
        </w:pBdr>
      </w:pPr>
      <w:r>
        <w:t>Опыт работы</w:t>
      </w:r>
    </w:p>
    <w:p>
      <w:pPr>
        <w:spacing w:after="40"/>
      </w:pPr>
      <w:r>
        <w:rPr>
          <w:b/>
        </w:rPr>
        <w:t>Carrefour</w:t>
      </w:r>
      <w:r>
        <w:t xml:space="preserve">   |   Сентябрь 2019 — август 2021</w:t>
      </w:r>
    </w:p>
    <w:p>
      <w:pPr>
        <w:spacing w:after="200"/>
      </w:pPr>
      <w:r>
        <w:t>Должность: Мерчендайзер</w:t>
      </w:r>
    </w:p>
    <w:p>
      <w:pPr>
        <w:spacing w:after="40"/>
      </w:pPr>
      <w:r>
        <w:rPr>
          <w:b/>
        </w:rPr>
        <w:t>Горящие туры</w:t>
      </w:r>
      <w:r>
        <w:t xml:space="preserve">   |   Май 2019 — август 2019</w:t>
      </w:r>
    </w:p>
    <w:p>
      <w:pPr>
        <w:spacing w:after="40"/>
      </w:pPr>
      <w:r>
        <w:t>Должность: Турагент</w:t>
      </w:r>
    </w:p>
    <w:p>
      <w:pPr>
        <w:pStyle w:val="ResumeSection"/>
        <w:pBdr>
          <w:bottom w:val="single" w:sz="6" w:color="DCE3E8" w:space="5"/>
        </w:pBdr>
      </w:pPr>
      <w:r>
        <w:t>Обо мне</w:t>
      </w:r>
    </w:p>
    <w:p>
      <w:pPr>
        <w:spacing w:after="0"/>
      </w:pPr>
      <w:r>
        <w:t>Я энергичная и целеустремленная. В компании Carrefour я успешно руководила выкладкой товаров, что способствовало увеличению продаж и улучшению обслуживания клиентов. Работая в сфере туристических услуг, я развил коммуникативные навыки и научился ориентироваться на потребности клиентов.</w:t>
      </w:r>
    </w:p>
    <w:sectPr w:rsidR="00FC693F" w:rsidRPr="0006063C" w:rsidSect="00034616">
      <w:pgSz w:w="12240" w:h="15840"/>
      <w:pgMar w:top="1247" w:right="1361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71" w:lineRule="auto"/>
    </w:pPr>
    <w:rPr>
      <w:rFonts w:ascii="Calibri" w:hAnsi="Calibri"/>
      <w:color w:val="282D33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ResumeName">
    <w:name w:val="Resume Name"/>
    <w:pPr>
      <w:keepNext/>
      <w:spacing w:before="0" w:after="60"/>
    </w:pPr>
    <w:rPr>
      <w:rFonts w:ascii="Calibri" w:hAnsi="Calibri"/>
      <w:b/>
      <w:color w:val="172A3B"/>
      <w:sz w:val="40"/>
    </w:rPr>
  </w:style>
  <w:style w:type="paragraph" w:customStyle="1" w:styleId="ResumeSection">
    <w:name w:val="Resume Section"/>
    <w:pPr>
      <w:keepNext/>
      <w:spacing w:before="300" w:after="120"/>
    </w:pPr>
    <w:rPr>
      <w:rFonts w:ascii="Calibri" w:hAnsi="Calibri"/>
      <w:b/>
      <w:color w:val="172A3B"/>
      <w:sz w:val="25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Резюме — Воронова Мария Сергеевна</dc:title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